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6300A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ЛИСТ УЧЕТА МЕРОПРИЯТИЙ НАСТАВНИЧЕСТВА</w:t>
      </w:r>
    </w:p>
    <w:p w14:paraId="556DB17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6C3F220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D08B4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620F722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985"/>
        <w:gridCol w:w="1390"/>
        <w:gridCol w:w="1615"/>
        <w:gridCol w:w="1615"/>
      </w:tblGrid>
      <w:tr w:rsidR="00754FF5" w:rsidRPr="00754FF5" w14:paraId="74E79D50" w14:textId="77777777" w:rsidTr="00F33850">
        <w:tc>
          <w:tcPr>
            <w:tcW w:w="959" w:type="dxa"/>
          </w:tcPr>
          <w:p w14:paraId="059B234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Дата</w:t>
            </w:r>
          </w:p>
        </w:tc>
        <w:tc>
          <w:tcPr>
            <w:tcW w:w="2126" w:type="dxa"/>
          </w:tcPr>
          <w:p w14:paraId="2BA51DD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Мероприятие / форма взаимодействия</w:t>
            </w:r>
          </w:p>
        </w:tc>
        <w:tc>
          <w:tcPr>
            <w:tcW w:w="1985" w:type="dxa"/>
          </w:tcPr>
          <w:p w14:paraId="787723D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Краткое содержание</w:t>
            </w:r>
          </w:p>
        </w:tc>
        <w:tc>
          <w:tcPr>
            <w:tcW w:w="1390" w:type="dxa"/>
          </w:tcPr>
          <w:p w14:paraId="0DA6BB50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Результат</w:t>
            </w:r>
          </w:p>
        </w:tc>
        <w:tc>
          <w:tcPr>
            <w:tcW w:w="1615" w:type="dxa"/>
          </w:tcPr>
          <w:p w14:paraId="506C953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наставника</w:t>
            </w:r>
          </w:p>
        </w:tc>
        <w:tc>
          <w:tcPr>
            <w:tcW w:w="1615" w:type="dxa"/>
          </w:tcPr>
          <w:p w14:paraId="70A494A6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Подпись наставляемого</w:t>
            </w:r>
          </w:p>
        </w:tc>
      </w:tr>
      <w:tr w:rsidR="00754FF5" w:rsidRPr="00754FF5" w14:paraId="007C9FAB" w14:textId="77777777" w:rsidTr="00F33850">
        <w:tc>
          <w:tcPr>
            <w:tcW w:w="959" w:type="dxa"/>
          </w:tcPr>
          <w:p w14:paraId="748AED6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C1DB6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80A388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3B26C15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D533F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636D4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C12F2E1" w14:textId="77777777" w:rsidTr="00F33850">
        <w:tc>
          <w:tcPr>
            <w:tcW w:w="959" w:type="dxa"/>
          </w:tcPr>
          <w:p w14:paraId="48060DF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B532C2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0D0BA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27DF97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D8DA7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B411D6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1941BCC" w14:textId="77777777" w:rsidTr="00F33850">
        <w:tc>
          <w:tcPr>
            <w:tcW w:w="959" w:type="dxa"/>
          </w:tcPr>
          <w:p w14:paraId="7DFC8D7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CCCAF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37C73C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4871D99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2B5DA0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579829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F126433" w14:textId="77777777" w:rsidTr="00F33850">
        <w:tc>
          <w:tcPr>
            <w:tcW w:w="959" w:type="dxa"/>
          </w:tcPr>
          <w:p w14:paraId="69FB306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647C00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041FEA1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7640DC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34709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E1322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634B202" w14:textId="77777777" w:rsidTr="00F33850">
        <w:tc>
          <w:tcPr>
            <w:tcW w:w="959" w:type="dxa"/>
          </w:tcPr>
          <w:p w14:paraId="1F9AC22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0F184DC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26BC64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BA31B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B6827B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5C94A5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7A307C6E" w14:textId="77777777" w:rsidTr="00F33850">
        <w:tc>
          <w:tcPr>
            <w:tcW w:w="959" w:type="dxa"/>
          </w:tcPr>
          <w:p w14:paraId="0E9DD37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7C73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0A17D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1E56CE5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336BB7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65C2B89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0361769" w14:textId="77777777" w:rsidTr="00F33850">
        <w:tc>
          <w:tcPr>
            <w:tcW w:w="959" w:type="dxa"/>
          </w:tcPr>
          <w:p w14:paraId="3122774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247C22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65F1263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F530A9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FC9B55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83FBCA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0273DF" w14:textId="77777777" w:rsidTr="00F33850">
        <w:tc>
          <w:tcPr>
            <w:tcW w:w="959" w:type="dxa"/>
          </w:tcPr>
          <w:p w14:paraId="562CD37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0B9382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2CACD5D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7D9360A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9EEF90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7FD5253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45F306A" w14:textId="77777777" w:rsidTr="00F33850">
        <w:tc>
          <w:tcPr>
            <w:tcW w:w="959" w:type="dxa"/>
          </w:tcPr>
          <w:p w14:paraId="0C23FC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5B9196C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7B51C3C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AD09C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017B4E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2884A94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AFE44BB" w14:textId="77777777" w:rsidTr="00F33850">
        <w:tc>
          <w:tcPr>
            <w:tcW w:w="959" w:type="dxa"/>
          </w:tcPr>
          <w:p w14:paraId="52D0F9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6109B0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3618B3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6CA4C8E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8BB230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E3B7B8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3F5FB270" w14:textId="77777777" w:rsidTr="00F33850">
        <w:tc>
          <w:tcPr>
            <w:tcW w:w="959" w:type="dxa"/>
          </w:tcPr>
          <w:p w14:paraId="279F823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D5442D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1495F6E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582E7F0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0ACBC1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45B8033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0CA18649" w14:textId="77777777" w:rsidTr="00F33850">
        <w:tc>
          <w:tcPr>
            <w:tcW w:w="959" w:type="dxa"/>
          </w:tcPr>
          <w:p w14:paraId="554D56A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1301B74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985" w:type="dxa"/>
          </w:tcPr>
          <w:p w14:paraId="43E0251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390" w:type="dxa"/>
          </w:tcPr>
          <w:p w14:paraId="08FC7D9D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596BACB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15" w:type="dxa"/>
          </w:tcPr>
          <w:p w14:paraId="12CE3A5C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2BA94E1A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330E1C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330E1C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330E1C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330E1C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330E1C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EFAF8" w14:textId="77777777" w:rsidR="0079604E" w:rsidRDefault="0079604E">
      <w:pPr>
        <w:spacing w:after="0" w:line="240" w:lineRule="auto"/>
      </w:pPr>
      <w:r>
        <w:separator/>
      </w:r>
    </w:p>
  </w:endnote>
  <w:endnote w:type="continuationSeparator" w:id="0">
    <w:p w14:paraId="0A678B6E" w14:textId="77777777" w:rsidR="0079604E" w:rsidRDefault="0079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E88AA" w14:textId="77777777" w:rsidR="0079604E" w:rsidRDefault="0079604E">
      <w:pPr>
        <w:spacing w:after="0" w:line="240" w:lineRule="auto"/>
      </w:pPr>
      <w:r>
        <w:separator/>
      </w:r>
    </w:p>
  </w:footnote>
  <w:footnote w:type="continuationSeparator" w:id="0">
    <w:p w14:paraId="36461F76" w14:textId="77777777" w:rsidR="0079604E" w:rsidRDefault="0079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E1C"/>
    <w:rsid w:val="00404B24"/>
    <w:rsid w:val="00447B1D"/>
    <w:rsid w:val="004C4BA8"/>
    <w:rsid w:val="0050277E"/>
    <w:rsid w:val="00606E5B"/>
    <w:rsid w:val="00702EA5"/>
    <w:rsid w:val="00754FF5"/>
    <w:rsid w:val="0079604E"/>
    <w:rsid w:val="007C003C"/>
    <w:rsid w:val="007C24AF"/>
    <w:rsid w:val="00AA1D8D"/>
    <w:rsid w:val="00AD05F5"/>
    <w:rsid w:val="00B47730"/>
    <w:rsid w:val="00CB0664"/>
    <w:rsid w:val="00D03D26"/>
    <w:rsid w:val="00D41427"/>
    <w:rsid w:val="00D61C12"/>
    <w:rsid w:val="00E07BE7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872138-0154-4444-A306-3EAE9685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1069</Words>
  <Characters>6096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10</cp:revision>
  <dcterms:created xsi:type="dcterms:W3CDTF">2013-12-23T23:15:00Z</dcterms:created>
  <dcterms:modified xsi:type="dcterms:W3CDTF">2026-10-28T10:47:00Z</dcterms:modified>
  <cp:category/>
</cp:coreProperties>
</file>